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F3864"/>
          <w:sz w:val="22"/>
        </w:rPr>
        <w:t>Praxis für Psychotherapie am Pottkamp</w:t>
      </w:r>
    </w:p>
    <w:p>
      <w:r>
        <w:rPr>
          <w:b w:val="0"/>
          <w:i w:val="0"/>
          <w:color w:val="6B6B6B"/>
          <w:sz w:val="16"/>
        </w:rPr>
        <w:t>Dr. med. Stephan-Sebastian Scherer · Facharzt für Psychiatrie und Psychotherapie · Pottkamp 23 · 48149 Münster</w:t>
      </w:r>
    </w:p>
    <w:p>
      <w:pPr>
        <w:spacing w:before="200"/>
      </w:pPr>
      <w:r>
        <w:rPr>
          <w:b/>
          <w:i w:val="0"/>
          <w:color w:val="1F3864"/>
          <w:sz w:val="32"/>
        </w:rPr>
        <w:t>Applying to your statutory health insurer for reimbursement of the ADHD and autism assessment</w:t>
      </w:r>
    </w:p>
    <w:p>
      <w:r>
        <w:rPr>
          <w:b w:val="0"/>
          <w:i w:val="0"/>
          <w:sz w:val="20"/>
        </w:rPr>
        <w:t>Template for members of any German statutory health insurer (§ 13 (3) SGB V)</w:t>
      </w:r>
    </w:p>
    <w:p>
      <w:r>
        <w:rPr>
          <w:b w:val="0"/>
          <w:i w:val="0"/>
          <w:sz w:val="20"/>
        </w:rPr>
        <w:t>If you are insured with a German statutory health insurer (</w:t>
      </w:r>
      <w:r>
        <w:rPr>
          <w:b w:val="0"/>
          <w:i/>
          <w:sz w:val="20"/>
        </w:rPr>
        <w:t>gesetzliche Krankenkasse</w:t>
      </w:r>
      <w:r>
        <w:rPr>
          <w:b w:val="0"/>
          <w:i w:val="0"/>
          <w:sz w:val="20"/>
        </w:rPr>
        <w:t>), the first route to an ADHD or autism assessment is the statutory system: your GP, psychiatric practices and hospital or specialist outpatient clinics that accept statutory insurance, and the appointment service on 116 117. If the assessment cannot be obtained there in reasonable time, you can apply to your insurer to reimburse the costs of a private assessment. The insurer decides case by case. You can use this template for any practice that offers the assessment privately.</w:t>
      </w:r>
    </w:p>
    <w:p>
      <w:r>
        <w:rPr>
          <w:b/>
          <w:i w:val="0"/>
          <w:sz w:val="20"/>
        </w:rPr>
        <w:t>The application itself must be written in German</w:t>
      </w:r>
      <w:r>
        <w:rPr>
          <w:b w:val="0"/>
          <w:i w:val="0"/>
          <w:sz w:val="20"/>
        </w:rPr>
        <w:t>, the official language of German social administration. The form on the following pages is therefore in German, with an English translation of each passage in grey beneath it. Please fill in the fields in German where you can; short entries in English are better than none.</w:t>
      </w:r>
    </w:p>
    <w:p>
      <w:pPr>
        <w:keepNext/>
        <w:spacing w:before="160"/>
      </w:pPr>
      <w:r>
        <w:rPr>
          <w:b/>
          <w:i w:val="0"/>
          <w:color w:val="1F3864"/>
          <w:sz w:val="24"/>
        </w:rPr>
        <w:t>Step by step</w:t>
      </w:r>
    </w:p>
    <w:p>
      <w:pPr>
        <w:ind w:left="397" w:hanging="397"/>
      </w:pPr>
      <w:r>
        <w:rPr>
          <w:b/>
          <w:i w:val="0"/>
          <w:sz w:val="19"/>
        </w:rPr>
        <w:t>1.</w:t>
      </w:r>
      <w:r>
        <w:rPr>
          <w:b w:val="0"/>
          <w:i w:val="0"/>
          <w:sz w:val="19"/>
        </w:rPr>
        <w:tab/>
      </w:r>
      <w:r>
        <w:rPr>
          <w:b/>
          <w:i w:val="0"/>
          <w:sz w:val="19"/>
        </w:rPr>
        <w:t>First ask for appointments within the statutory system.</w:t>
      </w:r>
      <w:r>
        <w:rPr>
          <w:b w:val="0"/>
          <w:i w:val="0"/>
          <w:sz w:val="19"/>
        </w:rPr>
        <w:t xml:space="preserve"> Contact psychiatric practices and outpatient clinics that accept statutory insurance (hospital outpatient departments, specialist ADHD or autism clinics for adults) and call the appointment service on 116 117. Record every enquiry in the log on the last page: date, practice, outcome. What matters is whether the place offered actually carries out the assessment – a general consultation is not yet an assessment.</w:t>
      </w:r>
    </w:p>
    <w:p>
      <w:pPr>
        <w:ind w:left="397" w:hanging="397"/>
      </w:pPr>
      <w:r>
        <w:rPr>
          <w:b/>
          <w:i w:val="0"/>
          <w:sz w:val="19"/>
        </w:rPr>
        <w:t>2.</w:t>
      </w:r>
      <w:r>
        <w:rPr>
          <w:b w:val="0"/>
          <w:i w:val="0"/>
          <w:sz w:val="19"/>
        </w:rPr>
        <w:tab/>
      </w:r>
      <w:r>
        <w:rPr>
          <w:b/>
          <w:i w:val="0"/>
          <w:sz w:val="19"/>
        </w:rPr>
        <w:t>Have the need confirmed.</w:t>
      </w:r>
      <w:r>
        <w:rPr>
          <w:b w:val="0"/>
          <w:i w:val="0"/>
          <w:sz w:val="19"/>
        </w:rPr>
        <w:t xml:space="preserve"> A referral or short note from your GP or your treating psychotherapist stating why the assessment is needed now strengthens the application considerably. The note should not come from the practice that is to carry out the private assessment.</w:t>
      </w:r>
    </w:p>
    <w:p>
      <w:pPr>
        <w:ind w:left="397" w:hanging="397"/>
      </w:pPr>
      <w:r>
        <w:rPr>
          <w:b/>
          <w:i w:val="0"/>
          <w:sz w:val="19"/>
        </w:rPr>
        <w:t>3.</w:t>
      </w:r>
      <w:r>
        <w:rPr>
          <w:b w:val="0"/>
          <w:i w:val="0"/>
          <w:sz w:val="19"/>
        </w:rPr>
        <w:tab/>
      </w:r>
      <w:r>
        <w:rPr>
          <w:b/>
          <w:i w:val="0"/>
          <w:sz w:val="19"/>
        </w:rPr>
        <w:t>Complete the application.</w:t>
      </w:r>
      <w:r>
        <w:rPr>
          <w:b w:val="0"/>
          <w:i w:val="0"/>
          <w:sz w:val="19"/>
        </w:rPr>
        <w:t xml:space="preserve"> Enter the practice where you would like to have the assessment and enclose its cost estimate – for our practice, the fee information in the self-payer version (ADHD, ASD or combined assessment; the German PDFs on our website) – together with the log and any medical letters.</w:t>
      </w:r>
    </w:p>
    <w:p>
      <w:pPr>
        <w:ind w:left="397" w:hanging="397"/>
      </w:pPr>
      <w:r>
        <w:rPr>
          <w:b/>
          <w:i w:val="0"/>
          <w:sz w:val="19"/>
        </w:rPr>
        <w:t>4.</w:t>
      </w:r>
      <w:r>
        <w:rPr>
          <w:b w:val="0"/>
          <w:i w:val="0"/>
          <w:sz w:val="19"/>
        </w:rPr>
        <w:tab/>
      </w:r>
      <w:r>
        <w:rPr>
          <w:b/>
          <w:i w:val="0"/>
          <w:sz w:val="19"/>
        </w:rPr>
        <w:t>Send it in a way you can prove.</w:t>
      </w:r>
      <w:r>
        <w:rPr>
          <w:b w:val="0"/>
          <w:i w:val="0"/>
          <w:sz w:val="19"/>
        </w:rPr>
        <w:t xml:space="preserve"> By registered post (</w:t>
      </w:r>
      <w:r>
        <w:rPr>
          <w:b w:val="0"/>
          <w:i/>
          <w:sz w:val="19"/>
        </w:rPr>
        <w:t>Einschreiben</w:t>
      </w:r>
      <w:r>
        <w:rPr>
          <w:b w:val="0"/>
          <w:i w:val="0"/>
          <w:sz w:val="19"/>
        </w:rPr>
        <w:t>), by fax with transmission report, or through your insurer's app with confirmation of receipt. Keep a copy.</w:t>
      </w:r>
    </w:p>
    <w:p>
      <w:pPr>
        <w:ind w:left="397" w:hanging="397"/>
      </w:pPr>
      <w:r>
        <w:rPr>
          <w:b/>
          <w:i w:val="0"/>
          <w:sz w:val="19"/>
        </w:rPr>
        <w:t>5.</w:t>
      </w:r>
      <w:r>
        <w:rPr>
          <w:b w:val="0"/>
          <w:i w:val="0"/>
          <w:sz w:val="19"/>
        </w:rPr>
        <w:tab/>
      </w:r>
      <w:r>
        <w:rPr>
          <w:b/>
          <w:i w:val="0"/>
          <w:sz w:val="19"/>
        </w:rPr>
        <w:t>Wait for the decision.</w:t>
      </w:r>
      <w:r>
        <w:rPr>
          <w:b w:val="0"/>
          <w:i w:val="0"/>
          <w:sz w:val="19"/>
        </w:rPr>
        <w:t xml:space="preserve"> The insurer must decide within three weeks, or within five weeks if it involves its medical service (</w:t>
      </w:r>
      <w:r>
        <w:rPr>
          <w:b w:val="0"/>
          <w:i/>
          <w:sz w:val="19"/>
        </w:rPr>
        <w:t>Medizinischer Dienst</w:t>
      </w:r>
      <w:r>
        <w:rPr>
          <w:b w:val="0"/>
          <w:i w:val="0"/>
          <w:sz w:val="19"/>
        </w:rPr>
        <w:t>); if it cannot meet the deadline it must tell you in writing, with reasons, in good time (§ 13 (3a) SGB V). Please clarify the question of costs with your insurer before booking an appointment for the private assessment.</w:t>
      </w:r>
    </w:p>
    <w:p>
      <w:pPr>
        <w:ind w:left="397" w:hanging="397"/>
      </w:pPr>
      <w:r>
        <w:rPr>
          <w:b/>
          <w:i w:val="0"/>
          <w:sz w:val="19"/>
        </w:rPr>
        <w:t>6.</w:t>
      </w:r>
      <w:r>
        <w:rPr>
          <w:b w:val="0"/>
          <w:i w:val="0"/>
          <w:sz w:val="19"/>
        </w:rPr>
        <w:tab/>
      </w:r>
      <w:r>
        <w:rPr>
          <w:b/>
          <w:i w:val="0"/>
          <w:sz w:val="19"/>
        </w:rPr>
        <w:t>If approved,</w:t>
      </w:r>
      <w:r>
        <w:rPr>
          <w:b w:val="0"/>
          <w:i w:val="0"/>
          <w:sz w:val="19"/>
        </w:rPr>
        <w:t xml:space="preserve"> you pay the practice's GOÄ invoice and submit it to your insurer. </w:t>
      </w:r>
      <w:r>
        <w:rPr>
          <w:b/>
          <w:i w:val="0"/>
          <w:sz w:val="19"/>
        </w:rPr>
        <w:t>If refused,</w:t>
      </w:r>
      <w:r>
        <w:rPr>
          <w:b w:val="0"/>
          <w:i w:val="0"/>
          <w:sz w:val="19"/>
        </w:rPr>
        <w:t xml:space="preserve"> you can lodge a written objection (</w:t>
      </w:r>
      <w:r>
        <w:rPr>
          <w:b w:val="0"/>
          <w:i/>
          <w:sz w:val="19"/>
        </w:rPr>
        <w:t>Widerspruch</w:t>
      </w:r>
      <w:r>
        <w:rPr>
          <w:b w:val="0"/>
          <w:i w:val="0"/>
          <w:sz w:val="19"/>
        </w:rPr>
        <w:t>) within one month; the deadline is stated in the decision. Free advice (in German) is available from the Unabhängige Patientenberatung Deutschland on 0800 011 77 22.</w:t>
      </w:r>
    </w:p>
    <w:p>
      <w:r>
        <w:rPr>
          <w:b w:val="0"/>
          <w:i/>
          <w:color w:val="6B6B6B"/>
          <w:sz w:val="17"/>
        </w:rPr>
        <w:t>This template is a guide to completing the application, not legal advice, and does not establish any entitlement to reimbursement. Please delete or add whatever does not apply to you. A Word version for editing is also available. As of October 2026.</w:t>
      </w:r>
    </w:p>
    <w:p>
      <w:r>
        <w:br w:type="page"/>
      </w: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Vor- und Nachname / first and last name</w:t>
            </w:r>
          </w:p>
        </w:tc>
        <w:tc>
          <w:tcPr>
            <w:tcW w:type="dxa" w:w="3855"/>
          </w:tcPr>
          <w:p>
            <w:pPr>
              <w:spacing w:after="0"/>
            </w:pPr>
            <w:r>
              <w:rPr>
                <w:b w:val="0"/>
                <w:i w:val="0"/>
                <w:color w:val="6B6B6B"/>
                <w:sz w:val="15"/>
              </w:rPr>
              <w:t>Geburtsdatum / date of birth</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Straße, Hausnummer / street, no.</w:t>
            </w:r>
          </w:p>
        </w:tc>
        <w:tc>
          <w:tcPr>
            <w:tcW w:type="dxa" w:w="3855"/>
          </w:tcPr>
          <w:p>
            <w:pPr>
              <w:spacing w:after="0"/>
            </w:pPr>
            <w:r>
              <w:rPr>
                <w:b w:val="0"/>
                <w:i w:val="0"/>
                <w:color w:val="6B6B6B"/>
                <w:sz w:val="15"/>
              </w:rPr>
              <w:t>PLZ, Ort / postcode, town</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3855"/>
        <w:gridCol w:w="5783"/>
      </w:tblGrid>
      <w:tr>
        <w:tc>
          <w:tcPr>
            <w:tcW w:type="dxa" w:w="3855"/>
          </w:tcPr>
          <w:p>
            <w:pPr>
              <w:spacing w:after="0"/>
            </w:pPr>
            <w:r>
              <w:rPr>
                <w:b w:val="0"/>
                <w:i w:val="0"/>
                <w:color w:val="6B6B6B"/>
                <w:sz w:val="15"/>
              </w:rPr>
              <w:t>Telefon / phone</w:t>
            </w:r>
          </w:p>
        </w:tc>
        <w:tc>
          <w:tcPr>
            <w:tcW w:type="dxa" w:w="5783"/>
          </w:tcPr>
          <w:p>
            <w:pPr>
              <w:spacing w:after="0"/>
            </w:pPr>
            <w:r>
              <w:rPr>
                <w:b w:val="0"/>
                <w:i w:val="0"/>
                <w:color w:val="6B6B6B"/>
                <w:sz w:val="15"/>
              </w:rPr>
              <w:t>E-Mail</w:t>
            </w:r>
          </w:p>
        </w:tc>
      </w:tr>
      <w:tr>
        <w:tc>
          <w:tcPr>
            <w:tcW w:type="dxa" w:w="3855"/>
            <w:tcBorders>
              <w:top w:val="single" w:sz="4" w:color="9AA5B8"/>
              <w:left w:val="single" w:sz="4" w:color="9AA5B8"/>
              <w:bottom w:val="single" w:sz="4" w:color="9AA5B8"/>
              <w:right w:val="single" w:sz="4" w:color="9AA5B8"/>
            </w:tcBorders>
            <w:shd w:val="clear" w:fill="F3F5F9"/>
          </w:tcPr>
          <w:p>
            <w:pPr>
              <w:spacing w:after="40"/>
            </w:pPr>
          </w:p>
        </w:tc>
        <w:tc>
          <w:tcPr>
            <w:tcW w:type="dxa" w:w="5783"/>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An die Krankenkasse / to the insurer</w:t>
            </w:r>
          </w:p>
        </w:tc>
        <w:tc>
          <w:tcPr>
            <w:tcW w:type="dxa" w:w="3855"/>
          </w:tcPr>
          <w:p>
            <w:pPr>
              <w:spacing w:after="0"/>
            </w:pPr>
            <w:r>
              <w:rPr>
                <w:b w:val="0"/>
                <w:i w:val="0"/>
                <w:color w:val="6B6B6B"/>
                <w:sz w:val="15"/>
              </w:rPr>
              <w:t>Versichertennummer / insurance no.</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Straße bzw. Postfach / street or PO box</w:t>
            </w:r>
          </w:p>
        </w:tc>
        <w:tc>
          <w:tcPr>
            <w:tcW w:type="dxa" w:w="3855"/>
          </w:tcPr>
          <w:p>
            <w:pPr>
              <w:spacing w:after="0"/>
            </w:pPr>
            <w:r>
              <w:rPr>
                <w:b w:val="0"/>
                <w:i w:val="0"/>
                <w:color w:val="6B6B6B"/>
                <w:sz w:val="15"/>
              </w:rPr>
              <w:t>PLZ, Ort / postcode, town</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3855"/>
      </w:tblGrid>
      <w:tr>
        <w:tc>
          <w:tcPr>
            <w:tcW w:type="dxa" w:w="3855"/>
          </w:tcPr>
          <w:p>
            <w:pPr>
              <w:spacing w:after="0"/>
            </w:pPr>
            <w:r>
              <w:rPr>
                <w:b w:val="0"/>
                <w:i w:val="0"/>
                <w:color w:val="6B6B6B"/>
                <w:sz w:val="15"/>
              </w:rPr>
              <w:t>Ort, Datum / place, date</w:t>
            </w:r>
          </w:p>
        </w:tc>
      </w:tr>
      <w:tr>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pPr>
        <w:keepNext/>
        <w:spacing w:before="160"/>
      </w:pPr>
      <w:r>
        <w:rPr>
          <w:b/>
          <w:i w:val="0"/>
          <w:color w:val="1F3864"/>
          <w:sz w:val="24"/>
        </w:rPr>
        <w:t>Antrag auf Kostenübernahme, hilfsweise Kostenerstattung nach § 13 Abs. 3 SGB V, für eine fachärztliche Diagnostik im Erwachsenenalter</w:t>
      </w:r>
    </w:p>
    <w:p>
      <w:r>
        <w:rPr>
          <w:b w:val="0"/>
          <w:i/>
          <w:color w:val="6B6B6B"/>
          <w:sz w:val="17"/>
        </w:rPr>
        <w:t>Application for cover, or alternatively reimbursement under § 13 (3) SGB V, of a specialist assessment in adulthood</w:t>
      </w:r>
    </w:p>
    <w:p>
      <w:r>
        <w:rPr>
          <w:b w:val="0"/>
          <w:i w:val="0"/>
          <w:sz w:val="20"/>
        </w:rPr>
        <w:t>Sehr geehrte Damen und Herren,</w:t>
      </w:r>
    </w:p>
    <w:p>
      <w:r>
        <w:rPr>
          <w:b w:val="0"/>
          <w:i w:val="0"/>
          <w:sz w:val="20"/>
        </w:rPr>
        <w:t>ich beantrage die Übernahme der Kosten für eine leitliniengerechte fachärztliche Diagnostik auf</w:t>
      </w:r>
    </w:p>
    <w:p>
      <w:r>
        <w:rPr>
          <w:b w:val="0"/>
          <w:i/>
          <w:color w:val="6B6B6B"/>
          <w:sz w:val="17"/>
        </w:rPr>
        <w:t>I apply for cover of the costs of a guideline-compliant specialist assessment for</w:t>
      </w:r>
    </w:p>
    <w:p>
      <w:pPr>
        <w:spacing w:after="40"/>
        <w:ind w:left="340" w:hanging="340"/>
      </w:pPr>
      <w:r>
        <w:rPr>
          <w:b w:val="0"/>
          <w:i w:val="0"/>
          <w:sz w:val="20"/>
        </w:rPr>
        <w:t>☐</w:t>
        <w:tab/>
        <w:t>eine Aufmerksamkeitsdefizit-/Hyperaktivitätsstörung (ADHS) – ADHD</w:t>
      </w:r>
    </w:p>
    <w:p>
      <w:pPr>
        <w:spacing w:after="40"/>
        <w:ind w:left="340" w:hanging="340"/>
      </w:pPr>
      <w:r>
        <w:rPr>
          <w:b w:val="0"/>
          <w:i w:val="0"/>
          <w:sz w:val="20"/>
        </w:rPr>
        <w:t>☐</w:t>
        <w:tab/>
        <w:t>eine Autismus-Spektrum-Störung (ASS) – autism spectrum disorder</w:t>
      </w:r>
    </w:p>
    <w:p>
      <w:r>
        <w:rPr>
          <w:b/>
          <w:i w:val="0"/>
          <w:sz w:val="20"/>
        </w:rPr>
        <w:t>1. Vorrangig:</w:t>
      </w:r>
      <w:r>
        <w:rPr>
          <w:b w:val="0"/>
          <w:i w:val="0"/>
          <w:sz w:val="20"/>
        </w:rPr>
        <w:t xml:space="preserve"> Können Sie mir eine Vertragsärztin, einen Vertragsarzt oder eine zugelassene Einrichtung benennen, die diese Diagnostik vollständig, in zumutbarer Entfernung und in angemessener Zeit durchführt, bitte ich um eine konkrete Benennung mit Terminangebot.</w:t>
      </w:r>
    </w:p>
    <w:p>
      <w:r>
        <w:rPr>
          <w:b w:val="0"/>
          <w:i/>
          <w:color w:val="6B6B6B"/>
          <w:sz w:val="17"/>
        </w:rPr>
        <w:t>1. Primarily: if you can name a doctor or institution within the statutory system who carries out this assessment in full, within reasonable distance and time, I ask you to name them and offer an appointment.</w:t>
      </w:r>
    </w:p>
    <w:p>
      <w:r>
        <w:rPr>
          <w:b/>
          <w:i w:val="0"/>
          <w:sz w:val="20"/>
        </w:rPr>
        <w:t>2. Hilfsweise:</w:t>
      </w:r>
      <w:r>
        <w:rPr>
          <w:b w:val="0"/>
          <w:i w:val="0"/>
          <w:sz w:val="20"/>
        </w:rPr>
        <w:t xml:space="preserve"> Andernfalls beantrage ich die Erstattung der Kosten nach § 13 Abs. 3 SGB V für die Diagnostik bei folgender Ärztin, folgendem Arzt bzw. folgender Einrichtung:</w:t>
      </w:r>
    </w:p>
    <w:p>
      <w:r>
        <w:rPr>
          <w:b w:val="0"/>
          <w:i/>
          <w:color w:val="6B6B6B"/>
          <w:sz w:val="17"/>
        </w:rPr>
        <w:t>2. Alternatively: otherwise I apply for reimbursement under § 13 (3) SGB V of the assessment by the following doctor or institution:</w:t>
      </w:r>
    </w:p>
    <w:tbl>
      <w:tblPr>
        <w:tblW w:type="auto" w:w="0"/>
        <w:tblLayout w:type="fixed"/>
        <w:tblLook w:firstColumn="1" w:firstRow="1" w:lastColumn="0" w:lastRow="0" w:noHBand="0" w:noVBand="1" w:val="04A0"/>
        <w:tblLayout w:type="fixed"/>
      </w:tblPr>
      <w:tblGrid>
        <w:gridCol w:w="4819"/>
        <w:gridCol w:w="4819"/>
      </w:tblGrid>
      <w:tr>
        <w:tc>
          <w:tcPr>
            <w:tcW w:type="dxa" w:w="4819"/>
          </w:tcPr>
          <w:p>
            <w:pPr>
              <w:spacing w:after="0"/>
            </w:pPr>
            <w:r>
              <w:rPr>
                <w:b w:val="0"/>
                <w:i w:val="0"/>
                <w:color w:val="6B6B6B"/>
                <w:sz w:val="15"/>
              </w:rPr>
              <w:t>Name der Praxis / Ärztin / Arzt – practice or doctor</w:t>
            </w:r>
          </w:p>
        </w:tc>
        <w:tc>
          <w:tcPr>
            <w:tcW w:type="dxa" w:w="4819"/>
          </w:tcPr>
          <w:p>
            <w:pPr>
              <w:spacing w:after="0"/>
            </w:pPr>
            <w:r>
              <w:rPr>
                <w:b w:val="0"/>
                <w:i w:val="0"/>
                <w:color w:val="6B6B6B"/>
                <w:sz w:val="15"/>
              </w:rPr>
              <w:t>Anschrift / address</w:t>
            </w:r>
          </w:p>
        </w:tc>
      </w:tr>
      <w:tr>
        <w:tc>
          <w:tcPr>
            <w:tcW w:type="dxa" w:w="4819"/>
            <w:tcBorders>
              <w:top w:val="single" w:sz="4" w:color="9AA5B8"/>
              <w:left w:val="single" w:sz="4" w:color="9AA5B8"/>
              <w:bottom w:val="single" w:sz="4" w:color="9AA5B8"/>
              <w:right w:val="single" w:sz="4" w:color="9AA5B8"/>
            </w:tcBorders>
            <w:shd w:val="clear" w:fill="F3F5F9"/>
          </w:tcPr>
          <w:p>
            <w:pPr>
              <w:spacing w:after="40"/>
            </w:pPr>
          </w:p>
        </w:tc>
        <w:tc>
          <w:tcPr>
            <w:tcW w:type="dxa" w:w="4819"/>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Die Leistung wird dort nicht im Rahmen der vertragsärztlichen Versorgung, sondern privatärztlich nach der Gebührenordnung für Ärzte (GOÄ) erbracht. Die voraussichtlichen Kosten ergeben sich aus der beigefügten Kostenaufstellung der Praxis:</w:t>
      </w:r>
    </w:p>
    <w:p>
      <w:r>
        <w:rPr>
          <w:b w:val="0"/>
          <w:i/>
          <w:color w:val="6B6B6B"/>
          <w:sz w:val="17"/>
        </w:rPr>
        <w:t>It is provided there not within the statutory system but as a private service under the German medical fee schedule (GOÄ). The expected costs are shown in the enclosed cost estimate of the practice:</w:t>
      </w:r>
    </w:p>
    <w:tbl>
      <w:tblPr>
        <w:tblW w:type="auto" w:w="0"/>
        <w:tblLayout w:type="fixed"/>
        <w:tblLook w:firstColumn="1" w:firstRow="1" w:lastColumn="0" w:lastRow="0" w:noHBand="0" w:noVBand="1" w:val="04A0"/>
        <w:tblLayout w:type="fixed"/>
      </w:tblPr>
      <w:tblGrid>
        <w:gridCol w:w="6747"/>
      </w:tblGrid>
      <w:tr>
        <w:tc>
          <w:tcPr>
            <w:tcW w:type="dxa" w:w="6746"/>
          </w:tcPr>
          <w:p>
            <w:pPr>
              <w:spacing w:after="0"/>
            </w:pPr>
            <w:r>
              <w:rPr>
                <w:b w:val="0"/>
                <w:i w:val="0"/>
                <w:color w:val="6B6B6B"/>
                <w:sz w:val="15"/>
              </w:rPr>
              <w:t>voraussichtliche Kosten im Regelfall (€) / expected costs, standard case (€)</w:t>
            </w:r>
          </w:p>
        </w:tc>
      </w:tr>
      <w:tr>
        <w:tc>
          <w:tcPr>
            <w:tcW w:type="dxa" w:w="6746"/>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pPr>
        <w:keepNext/>
        <w:spacing w:before="160"/>
      </w:pPr>
      <w:r>
        <w:rPr>
          <w:b/>
          <w:i w:val="0"/>
          <w:color w:val="1F3864"/>
          <w:sz w:val="22"/>
        </w:rPr>
        <w:t>Begründung</w:t>
      </w:r>
    </w:p>
    <w:p>
      <w:r>
        <w:rPr>
          <w:b w:val="0"/>
          <w:i/>
          <w:color w:val="6B6B6B"/>
          <w:sz w:val="17"/>
        </w:rPr>
        <w:t>Reasons</w:t>
      </w:r>
    </w:p>
    <w:p>
      <w:pPr>
        <w:spacing w:after="20"/>
      </w:pPr>
      <w:r>
        <w:rPr>
          <w:b w:val="0"/>
          <w:i w:val="0"/>
          <w:color w:val="6B6B6B"/>
          <w:sz w:val="16"/>
        </w:rPr>
        <w:t>a) Beschwerden und Anlass der Abklärung / a) symptoms and reason for the assessment (since when; what is impaired at work, in daily life or in relationships; previous treatment)</w:t>
      </w:r>
    </w:p>
    <w:tbl>
      <w:tblPr>
        <w:tblW w:type="auto" w:w="0"/>
        <w:tblLook w:firstColumn="1" w:firstRow="1" w:lastColumn="0" w:lastRow="0" w:noHBand="0" w:noVBand="1" w:val="04A0"/>
      </w:tblPr>
      <w:tblGrid>
        <w:gridCol w:w="9638"/>
      </w:tblGrid>
      <w:tr>
        <w:tc>
          <w:tcPr>
            <w:tcW w:type="dxa" w:w="9638"/>
            <w:tcBorders>
              <w:top w:val="single" w:sz="4" w:color="9AA5B8"/>
              <w:left w:val="single" w:sz="4" w:color="9AA5B8"/>
              <w:bottom w:val="single" w:sz="4" w:color="9AA5B8"/>
              <w:right w:val="single" w:sz="4" w:color="9AA5B8"/>
            </w:tcBorders>
            <w:shd w:val="clear" w:fill="F3F5F9"/>
          </w:tcPr>
          <w:p/>
          <w:p/>
          <w:p/>
          <w:p/>
        </w:tc>
      </w:tr>
    </w:tbl>
    <w:p>
      <w:pPr>
        <w:spacing w:after="0"/>
      </w:pPr>
    </w:p>
    <w:p>
      <w:r>
        <w:rPr>
          <w:b w:val="0"/>
          <w:i w:val="0"/>
          <w:sz w:val="20"/>
        </w:rPr>
        <w:t>b) Die Diagnostik ist notwendig, weil ohne gesicherte Diagnose keine gezielte Behandlung eingeleitet werden kann. Zutreffendes ist angekreuzt:</w:t>
      </w:r>
    </w:p>
    <w:p>
      <w:r>
        <w:rPr>
          <w:b w:val="0"/>
          <w:i/>
          <w:color w:val="6B6B6B"/>
          <w:sz w:val="17"/>
        </w:rPr>
        <w:t>b) The assessment is necessary because targeted treatment cannot begin without a confirmed diagnosis. Tick what applies:</w:t>
      </w:r>
    </w:p>
    <w:p>
      <w:pPr>
        <w:spacing w:after="40"/>
        <w:ind w:left="340" w:hanging="340"/>
      </w:pPr>
      <w:r>
        <w:rPr>
          <w:b w:val="0"/>
          <w:i w:val="0"/>
          <w:sz w:val="20"/>
        </w:rPr>
        <w:t>☐</w:t>
        <w:tab/>
        <w:t>Bisherige Behandlungen (z. B. wegen Depression, Angst oder Erschöpfung) haben nicht ausreichend geholfen. – Previous treatment (e.g. for depression, anxiety or exhaustion) has not helped enough.</w:t>
      </w:r>
    </w:p>
    <w:p>
      <w:pPr>
        <w:spacing w:after="40"/>
        <w:ind w:left="340" w:hanging="340"/>
      </w:pPr>
      <w:r>
        <w:rPr>
          <w:b w:val="0"/>
          <w:i w:val="0"/>
          <w:sz w:val="20"/>
        </w:rPr>
        <w:t>☐</w:t>
        <w:tab/>
        <w:t>Es bestehen oder drohen Arbeitsunfähigkeit, Verlust des Arbeits- oder Ausbildungsplatzes oder ein Studienabbruch. – Sick leave, loss of job or training place, or dropping out of university exists or threatens.</w:t>
      </w:r>
    </w:p>
    <w:p>
      <w:pPr>
        <w:spacing w:after="40"/>
        <w:ind w:left="340" w:hanging="340"/>
      </w:pPr>
      <w:r>
        <w:rPr>
          <w:b w:val="0"/>
          <w:i w:val="0"/>
          <w:sz w:val="20"/>
        </w:rPr>
        <w:t>☐</w:t>
        <w:tab/>
        <w:t>Meine behandelnde Ärztin / mein Arzt bzw. Psychotherapeut/in hält die Abklärung für erforderlich (Bescheinigung anbei). – My treating doctor or psychotherapist considers the assessment necessary (note enclosed).</w:t>
      </w:r>
    </w:p>
    <w:p>
      <w:pPr>
        <w:spacing w:after="40"/>
        <w:ind w:left="340" w:hanging="340"/>
      </w:pPr>
      <w:r>
        <w:rPr>
          <w:b w:val="0"/>
          <w:i w:val="0"/>
          <w:sz w:val="20"/>
        </w:rPr>
        <w:t>☐</w:t>
        <w:tab/>
        <w:t>Weitere Gründe / further reasons:</w:t>
      </w:r>
    </w:p>
    <w:tbl>
      <w:tblPr>
        <w:tblW w:type="auto" w:w="0"/>
        <w:tblLook w:firstColumn="1" w:firstRow="1" w:lastColumn="0" w:lastRow="0" w:noHBand="0" w:noVBand="1" w:val="04A0"/>
      </w:tblPr>
      <w:tblGrid>
        <w:gridCol w:w="9638"/>
      </w:tblGrid>
      <w:tr>
        <w:tc>
          <w:tcPr>
            <w:tcW w:type="dxa" w:w="9638"/>
            <w:tcBorders>
              <w:top w:val="single" w:sz="4" w:color="9AA5B8"/>
              <w:left w:val="single" w:sz="4" w:color="9AA5B8"/>
              <w:bottom w:val="single" w:sz="4" w:color="9AA5B8"/>
              <w:right w:val="single" w:sz="4" w:color="9AA5B8"/>
            </w:tcBorders>
            <w:shd w:val="clear" w:fill="F3F5F9"/>
          </w:tcPr>
          <w:p/>
          <w:p/>
        </w:tc>
      </w:tr>
    </w:tbl>
    <w:p>
      <w:pPr>
        <w:spacing w:after="0"/>
      </w:pPr>
    </w:p>
    <w:p>
      <w:r>
        <w:rPr>
          <w:b w:val="0"/>
          <w:i w:val="0"/>
          <w:sz w:val="20"/>
        </w:rPr>
        <w:t>c) Ich habe mich vergeblich um einen Termin für diese Diagnostik in der vertragsärztlichen Versorgung bemüht. Meine Anfragen sind im beigefügten Protokoll aufgeführt.</w:t>
      </w:r>
    </w:p>
    <w:p>
      <w:r>
        <w:rPr>
          <w:b w:val="0"/>
          <w:i/>
          <w:color w:val="6B6B6B"/>
          <w:sz w:val="17"/>
        </w:rPr>
        <w:t>c) I have tried without success to obtain an appointment for this assessment within the statutory system. My enquiries are listed in the enclosed log.</w:t>
      </w:r>
    </w:p>
    <w:tbl>
      <w:tblPr>
        <w:tblW w:type="auto" w:w="0"/>
        <w:tblLayout w:type="fixed"/>
        <w:tblLook w:firstColumn="1" w:firstRow="1" w:lastColumn="0" w:lastRow="0" w:noHBand="0" w:noVBand="1" w:val="04A0"/>
        <w:tblLayout w:type="fixed"/>
      </w:tblPr>
      <w:tblGrid>
        <w:gridCol w:w="4819"/>
        <w:gridCol w:w="4819"/>
      </w:tblGrid>
      <w:tr>
        <w:tc>
          <w:tcPr>
            <w:tcW w:type="dxa" w:w="4819"/>
          </w:tcPr>
          <w:p>
            <w:pPr>
              <w:spacing w:after="0"/>
            </w:pPr>
            <w:r>
              <w:rPr>
                <w:b w:val="0"/>
                <w:i w:val="0"/>
                <w:color w:val="6B6B6B"/>
                <w:sz w:val="15"/>
              </w:rPr>
              <w:t>Terminservicestelle 116 117 angefragt am / called on</w:t>
            </w:r>
          </w:p>
        </w:tc>
        <w:tc>
          <w:tcPr>
            <w:tcW w:type="dxa" w:w="4819"/>
          </w:tcPr>
          <w:p>
            <w:pPr>
              <w:spacing w:after="0"/>
            </w:pPr>
            <w:r>
              <w:rPr>
                <w:b w:val="0"/>
                <w:i w:val="0"/>
                <w:color w:val="6B6B6B"/>
                <w:sz w:val="15"/>
              </w:rPr>
              <w:t>Ergebnis / outcome</w:t>
            </w:r>
          </w:p>
        </w:tc>
      </w:tr>
      <w:tr>
        <w:tc>
          <w:tcPr>
            <w:tcW w:type="dxa" w:w="4819"/>
            <w:tcBorders>
              <w:top w:val="single" w:sz="4" w:color="9AA5B8"/>
              <w:left w:val="single" w:sz="4" w:color="9AA5B8"/>
              <w:bottom w:val="single" w:sz="4" w:color="9AA5B8"/>
              <w:right w:val="single" w:sz="4" w:color="9AA5B8"/>
            </w:tcBorders>
            <w:shd w:val="clear" w:fill="F3F5F9"/>
          </w:tcPr>
          <w:p>
            <w:pPr>
              <w:spacing w:after="40"/>
            </w:pPr>
          </w:p>
        </w:tc>
        <w:tc>
          <w:tcPr>
            <w:tcW w:type="dxa" w:w="4819"/>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Die Leistung kann damit im Rahmen der vertragsärztlichen Versorgung nicht rechtzeitig erbracht werden (§ 13 Abs. 3 Satz 1 SGB V).</w:t>
      </w:r>
    </w:p>
    <w:p>
      <w:r>
        <w:rPr>
          <w:b w:val="0"/>
          <w:i/>
          <w:color w:val="6B6B6B"/>
          <w:sz w:val="17"/>
        </w:rPr>
        <w:t>The service therefore cannot be provided in time within the statutory system.</w:t>
      </w:r>
    </w:p>
    <w:p>
      <w:r>
        <w:rPr>
          <w:b w:val="0"/>
          <w:i w:val="0"/>
          <w:sz w:val="20"/>
        </w:rPr>
        <w:t>Ich bitte um einen schriftlichen Bescheid innerhalb der Frist des § 13 Abs. 3a SGB V (drei Wochen, bei Einschaltung des Medizinischen Dienstes fünf Wochen) und, falls Sie den Medizinischen Dienst einschalten, um eine kurze Mitteilung darüber.</w:t>
      </w:r>
    </w:p>
    <w:p>
      <w:r>
        <w:rPr>
          <w:b w:val="0"/>
          <w:i/>
          <w:color w:val="6B6B6B"/>
          <w:sz w:val="17"/>
        </w:rPr>
        <w:t>I ask for a written decision within the deadline of § 13 (3a) SGB V (three weeks, five weeks if the medical service is involved) and, if you involve the medical service, for a short notice of this.</w:t>
      </w:r>
    </w:p>
    <w:p>
      <w:pPr>
        <w:keepNext/>
        <w:spacing w:before="160"/>
      </w:pPr>
      <w:r>
        <w:rPr>
          <w:b/>
          <w:i w:val="0"/>
          <w:color w:val="1F3864"/>
          <w:sz w:val="22"/>
        </w:rPr>
        <w:t>Anlagen</w:t>
      </w:r>
    </w:p>
    <w:p>
      <w:r>
        <w:rPr>
          <w:b w:val="0"/>
          <w:i/>
          <w:color w:val="6B6B6B"/>
          <w:sz w:val="17"/>
        </w:rPr>
        <w:t>Enclosures</w:t>
      </w:r>
    </w:p>
    <w:p>
      <w:pPr>
        <w:spacing w:after="40"/>
        <w:ind w:left="340" w:hanging="340"/>
      </w:pPr>
      <w:r>
        <w:rPr>
          <w:b w:val="0"/>
          <w:i w:val="0"/>
          <w:sz w:val="20"/>
        </w:rPr>
        <w:t>☐</w:t>
        <w:tab/>
        <w:t>Kostenaufstellung der Praxis (GOÄ) – cost estimate of the practice</w:t>
      </w:r>
    </w:p>
    <w:p>
      <w:pPr>
        <w:spacing w:after="40"/>
        <w:ind w:left="340" w:hanging="340"/>
      </w:pPr>
      <w:r>
        <w:rPr>
          <w:b w:val="0"/>
          <w:i w:val="0"/>
          <w:sz w:val="20"/>
        </w:rPr>
        <w:t>☐</w:t>
        <w:tab/>
        <w:t>Protokoll meiner Terminanfragen – log of my enquiries</w:t>
      </w:r>
    </w:p>
    <w:p>
      <w:pPr>
        <w:spacing w:after="40"/>
        <w:ind w:left="340" w:hanging="340"/>
      </w:pPr>
      <w:r>
        <w:rPr>
          <w:b w:val="0"/>
          <w:i w:val="0"/>
          <w:sz w:val="20"/>
        </w:rPr>
        <w:t>☐</w:t>
        <w:tab/>
        <w:t>Überweisung oder Bescheinigung der behandelnden Ärztin / des Arztes bzw. Psychotherapeut/in – referral or note</w:t>
      </w:r>
    </w:p>
    <w:p>
      <w:pPr>
        <w:spacing w:after="40"/>
        <w:ind w:left="340" w:hanging="340"/>
      </w:pPr>
      <w:r>
        <w:rPr>
          <w:b w:val="0"/>
          <w:i w:val="0"/>
          <w:sz w:val="20"/>
        </w:rPr>
        <w:t>☐</w:t>
        <w:tab/>
        <w:t>Arztbriefe oder Befunde – medical letters or reports</w:t>
      </w:r>
    </w:p>
    <w:p>
      <w:pPr>
        <w:spacing w:after="40"/>
        <w:ind w:left="340" w:hanging="340"/>
      </w:pPr>
      <w:r>
        <w:rPr>
          <w:b w:val="0"/>
          <w:i w:val="0"/>
          <w:sz w:val="20"/>
        </w:rPr>
        <w:t>☐</w:t>
        <w:tab/>
        <w:t>Sonstiges / other:</w:t>
      </w:r>
    </w:p>
    <w:tbl>
      <w:tblPr>
        <w:tblW w:type="auto" w:w="0"/>
        <w:tblLayout w:type="fixed"/>
        <w:tblLook w:firstColumn="1" w:firstRow="1" w:lastColumn="0" w:lastRow="0" w:noHBand="0" w:noVBand="1" w:val="04A0"/>
        <w:tblLayout w:type="fixed"/>
      </w:tblPr>
      <w:tblGrid>
        <w:gridCol w:w="9639"/>
      </w:tblGrid>
      <w:tr>
        <w:tc>
          <w:tcPr>
            <w:tcW w:type="dxa" w:w="9638"/>
          </w:tcPr>
          <w:p>
            <w:pPr>
              <w:spacing w:after="0"/>
            </w:pPr>
            <w:r>
              <w:rPr>
                <w:b w:val="0"/>
                <w:i w:val="0"/>
                <w:color w:val="6B6B6B"/>
                <w:sz w:val="15"/>
              </w:rPr>
              <w:t xml:space="preserve"> </w:t>
            </w:r>
          </w:p>
        </w:tc>
      </w:tr>
      <w:tr>
        <w:tc>
          <w:tcPr>
            <w:tcW w:type="dxa" w:w="9638"/>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Mit freundlichen Grüßen</w:t>
      </w:r>
    </w:p>
    <w:p>
      <w:r>
        <w:rPr>
          <w:b w:val="0"/>
          <w:i/>
          <w:color w:val="6B6B6B"/>
          <w:sz w:val="17"/>
        </w:rPr>
        <w:t>Yours faithfully</w:t>
      </w:r>
    </w:p>
    <w:p/>
    <w:p/>
    <w:tbl>
      <w:tblPr>
        <w:tblW w:type="auto" w:w="0"/>
        <w:tblLayout w:type="fixed"/>
        <w:tblLook w:firstColumn="1" w:firstRow="1" w:lastColumn="0" w:lastRow="0" w:noHBand="0" w:noVBand="1" w:val="04A0"/>
        <w:tblLayout w:type="fixed"/>
      </w:tblPr>
      <w:tblGrid>
        <w:gridCol w:w="3662"/>
        <w:gridCol w:w="674"/>
        <w:gridCol w:w="5301"/>
      </w:tblGrid>
      <w:tr>
        <w:tc>
          <w:tcPr>
            <w:tcW w:type="dxa" w:w="3662"/>
            <w:tcBorders>
              <w:top w:val="single" w:sz="6" w:color="000000"/>
            </w:tcBorders>
          </w:tcPr>
          <w:p>
            <w:r>
              <w:rPr>
                <w:b w:val="0"/>
                <w:i w:val="0"/>
                <w:color w:val="6B6B6B"/>
                <w:sz w:val="16"/>
              </w:rPr>
              <w:t>Ort, Datum / place, date</w:t>
            </w:r>
          </w:p>
        </w:tc>
        <w:tc>
          <w:tcPr>
            <w:tcW w:type="dxa" w:w="675"/>
          </w:tcPr>
          <w:p/>
        </w:tc>
        <w:tc>
          <w:tcPr>
            <w:tcW w:type="dxa" w:w="5301"/>
            <w:tcBorders>
              <w:top w:val="single" w:sz="6" w:color="000000"/>
            </w:tcBorders>
          </w:tcPr>
          <w:p>
            <w:r>
              <w:rPr>
                <w:b w:val="0"/>
                <w:i w:val="0"/>
                <w:color w:val="6B6B6B"/>
                <w:sz w:val="16"/>
              </w:rPr>
              <w:t>Unterschrift / signature</w:t>
            </w:r>
          </w:p>
        </w:tc>
      </w:tr>
    </w:tbl>
    <w:p>
      <w:r>
        <w:br w:type="page"/>
      </w:r>
    </w:p>
    <w:p>
      <w:pPr>
        <w:keepNext/>
        <w:spacing w:before="160"/>
      </w:pPr>
      <w:r>
        <w:rPr>
          <w:b/>
          <w:i w:val="0"/>
          <w:color w:val="1F3864"/>
          <w:sz w:val="24"/>
        </w:rPr>
        <w:t>Protokoll meiner Terminanfragen</w:t>
      </w:r>
    </w:p>
    <w:p>
      <w:r>
        <w:rPr>
          <w:b w:val="0"/>
          <w:i/>
          <w:color w:val="6B6B6B"/>
          <w:sz w:val="17"/>
        </w:rPr>
        <w:t>Log of my appointment enquiries</w:t>
      </w:r>
    </w:p>
    <w:p>
      <w:r>
        <w:rPr>
          <w:b w:val="0"/>
          <w:i w:val="0"/>
          <w:sz w:val="20"/>
        </w:rPr>
        <w:t>Anlage zum Antrag nach § 13 Abs. 3 SGB V. Bitte jede Anfrage eintragen – auch Praxen, die nicht zurückgerufen haben oder keine Diagnostik bei Erwachsenen anbieten.</w:t>
      </w:r>
    </w:p>
    <w:p>
      <w:r>
        <w:rPr>
          <w:b w:val="0"/>
          <w:i/>
          <w:color w:val="6B6B6B"/>
          <w:sz w:val="17"/>
        </w:rPr>
        <w:t>Enclosure to the application. Please enter every enquiry – including practices that did not call back or do not assess adults.</w:t>
      </w: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Name</w:t>
            </w:r>
          </w:p>
        </w:tc>
        <w:tc>
          <w:tcPr>
            <w:tcW w:type="dxa" w:w="3855"/>
          </w:tcPr>
          <w:p>
            <w:pPr>
              <w:spacing w:after="0"/>
            </w:pPr>
            <w:r>
              <w:rPr>
                <w:b w:val="0"/>
                <w:i w:val="0"/>
                <w:color w:val="6B6B6B"/>
                <w:sz w:val="15"/>
              </w:rPr>
              <w:t>Versichertennummer / insurance no.</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1253"/>
        <w:gridCol w:w="3180"/>
        <w:gridCol w:w="1349"/>
        <w:gridCol w:w="3855"/>
      </w:tblGrid>
      <w:tr>
        <w:tc>
          <w:tcPr>
            <w:tcW w:type="dxa" w:w="1253"/>
            <w:shd w:val="clear" w:fill="1F3864"/>
            <w:tcBorders>
              <w:top w:val="single" w:sz="4" w:color="9AA5B8"/>
              <w:left w:val="single" w:sz="4" w:color="9AA5B8"/>
              <w:bottom w:val="single" w:sz="4" w:color="9AA5B8"/>
              <w:right w:val="single" w:sz="4" w:color="9AA5B8"/>
            </w:tcBorders>
          </w:tcPr>
          <w:p>
            <w:r>
              <w:rPr>
                <w:b/>
                <w:i w:val="0"/>
                <w:color w:val="FFFFFF"/>
                <w:sz w:val="16"/>
              </w:rPr>
              <w:t>Datum / date</w:t>
            </w:r>
          </w:p>
        </w:tc>
        <w:tc>
          <w:tcPr>
            <w:tcW w:type="dxa" w:w="3180"/>
            <w:shd w:val="clear" w:fill="1F3864"/>
            <w:tcBorders>
              <w:top w:val="single" w:sz="4" w:color="9AA5B8"/>
              <w:left w:val="single" w:sz="4" w:color="9AA5B8"/>
              <w:bottom w:val="single" w:sz="4" w:color="9AA5B8"/>
              <w:right w:val="single" w:sz="4" w:color="9AA5B8"/>
            </w:tcBorders>
          </w:tcPr>
          <w:p>
            <w:r>
              <w:rPr>
                <w:b/>
                <w:i w:val="0"/>
                <w:color w:val="FFFFFF"/>
                <w:sz w:val="16"/>
              </w:rPr>
              <w:t>Praxis / Einrichtung, Ort – practice, town</w:t>
            </w:r>
          </w:p>
        </w:tc>
        <w:tc>
          <w:tcPr>
            <w:tcW w:type="dxa" w:w="1349"/>
            <w:shd w:val="clear" w:fill="1F3864"/>
            <w:tcBorders>
              <w:top w:val="single" w:sz="4" w:color="9AA5B8"/>
              <w:left w:val="single" w:sz="4" w:color="9AA5B8"/>
              <w:bottom w:val="single" w:sz="4" w:color="9AA5B8"/>
              <w:right w:val="single" w:sz="4" w:color="9AA5B8"/>
            </w:tcBorders>
          </w:tcPr>
          <w:p>
            <w:r>
              <w:rPr>
                <w:b/>
                <w:i w:val="0"/>
                <w:color w:val="FFFFFF"/>
                <w:sz w:val="16"/>
              </w:rPr>
              <w:t>Kontaktweg / by</w:t>
            </w:r>
          </w:p>
        </w:tc>
        <w:tc>
          <w:tcPr>
            <w:tcW w:type="dxa" w:w="3855"/>
            <w:shd w:val="clear" w:fill="1F3864"/>
            <w:tcBorders>
              <w:top w:val="single" w:sz="4" w:color="9AA5B8"/>
              <w:left w:val="single" w:sz="4" w:color="9AA5B8"/>
              <w:bottom w:val="single" w:sz="4" w:color="9AA5B8"/>
              <w:right w:val="single" w:sz="4" w:color="9AA5B8"/>
            </w:tcBorders>
          </w:tcPr>
          <w:p>
            <w:r>
              <w:rPr>
                <w:b/>
                <w:i w:val="0"/>
                <w:color w:val="FFFFFF"/>
                <w:sz w:val="16"/>
              </w:rPr>
              <w:t>Ergebnis (keine Diagnostik, Aufnahmestopp, Wartezeit bis …) – outcome</w:t>
            </w: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bl>
    <w:p/>
    <w:p>
      <w:r>
        <w:rPr>
          <w:b w:val="0"/>
          <w:i w:val="0"/>
          <w:sz w:val="20"/>
        </w:rPr>
        <w:t>Ich versichere, dass die Angaben in diesem Protokoll zutreffen.</w:t>
      </w:r>
    </w:p>
    <w:p>
      <w:r>
        <w:rPr>
          <w:b w:val="0"/>
          <w:i/>
          <w:color w:val="6B6B6B"/>
          <w:sz w:val="17"/>
        </w:rPr>
        <w:t>I confirm that the information in this log is correct.</w:t>
      </w:r>
    </w:p>
    <w:p/>
    <w:p/>
    <w:tbl>
      <w:tblPr>
        <w:tblW w:type="auto" w:w="0"/>
        <w:tblLayout w:type="fixed"/>
        <w:tblLook w:firstColumn="1" w:firstRow="1" w:lastColumn="0" w:lastRow="0" w:noHBand="0" w:noVBand="1" w:val="04A0"/>
        <w:tblLayout w:type="fixed"/>
      </w:tblPr>
      <w:tblGrid>
        <w:gridCol w:w="3662"/>
        <w:gridCol w:w="674"/>
        <w:gridCol w:w="5301"/>
      </w:tblGrid>
      <w:tr>
        <w:tc>
          <w:tcPr>
            <w:tcW w:type="dxa" w:w="3662"/>
            <w:tcBorders>
              <w:top w:val="single" w:sz="6" w:color="000000"/>
            </w:tcBorders>
          </w:tcPr>
          <w:p>
            <w:r>
              <w:rPr>
                <w:b w:val="0"/>
                <w:i w:val="0"/>
                <w:color w:val="6B6B6B"/>
                <w:sz w:val="16"/>
              </w:rPr>
              <w:t>Ort, Datum / place, date</w:t>
            </w:r>
          </w:p>
        </w:tc>
        <w:tc>
          <w:tcPr>
            <w:tcW w:type="dxa" w:w="675"/>
          </w:tcPr>
          <w:p/>
        </w:tc>
        <w:tc>
          <w:tcPr>
            <w:tcW w:type="dxa" w:w="5301"/>
            <w:tcBorders>
              <w:top w:val="single" w:sz="6" w:color="000000"/>
            </w:tcBorders>
          </w:tcPr>
          <w:p>
            <w:r>
              <w:rPr>
                <w:b w:val="0"/>
                <w:i w:val="0"/>
                <w:color w:val="6B6B6B"/>
                <w:sz w:val="16"/>
              </w:rPr>
              <w:t>Unterschrift / signature</w:t>
            </w:r>
          </w:p>
        </w:tc>
      </w:tr>
    </w:tbl>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Reimbursement application – ADHD and autism assessment (§ 13 (3) SGB V)</dc:title>
  <dc:subject/>
  <dc:creator>Praxis für Psychotherapie am Pottkamp</dc:creator>
  <cp:keywords/>
  <dc:description>generated by python-docx</dc:description>
  <cp:lastModifiedBy/>
  <cp:revision>1</cp:revision>
  <dcterms:created xsi:type="dcterms:W3CDTF">2013-12-23T23:15:00Z</dcterms:created>
  <dcterms:modified xsi:type="dcterms:W3CDTF">2013-12-23T23:15:00Z</dcterms:modified>
  <cp:category/>
</cp:coreProperties>
</file>